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Heading1"/>
      </w:pPr>
      <w:r>
        <w:t>Modelo de Carta de Recomendación para Liderazgo o Gestión de Equipos</w:t>
      </w:r>
    </w:p>
    <w:p>
      <w:r>
        <w:t>[Nombre de la empresa o institución]</w:t>
      </w:r>
    </w:p>
    <w:p>
      <w:r>
        <w:t>[Dirección o ubicación]</w:t>
      </w:r>
    </w:p>
    <w:p>
      <w:r>
        <w:t>[Teléfono / correo electrónico]</w:t>
      </w:r>
    </w:p>
    <w:p/>
    <w:p>
      <w:r>
        <w:t>Fecha: [dd/mm/aaaa]</w:t>
      </w:r>
    </w:p>
    <w:p/>
    <w:p>
      <w:r>
        <w:t>A quien corresponda:</w:t>
        <w:br/>
        <w:br/>
        <w:t>Por medio de la presente, me complace recomendar al/a la Sr./Sra. [Nombre completo del recomendado], quien se desempeñó en nuestra organización como [cargo o rol] entre [fecha de inicio] y [fecha de finalización].</w:t>
        <w:br/>
        <w:br/>
        <w:t>Durante su paso por la institución, tuvo a su cargo la coordinación/liderazgo del equipo de [nombre del área o equipo], función que desarrolló con gran profesionalismo, compromiso y solvencia.</w:t>
        <w:br/>
        <w:br/>
        <w:t>Su estilo de conducción se caracterizó por la escucha activa, la toma de decisiones con criterio, la claridad en la comunicación y la capacidad de generar consensos y motivar al equipo. Mostró también una excelente disposición para resolver conflictos, asumir desafíos complejos y trabajar con visión estratégica.</w:t>
        <w:br/>
        <w:br/>
        <w:t>El/la Sr./Sra. [Apellido] fue una figura clave en nuestro funcionamiento diario, no solo por su conocimiento técnico, sino por su habilidad para acompañar a las personas, delegar con inteligencia y generar ambientes de trabajo positivos y productivos.</w:t>
        <w:br/>
        <w:br/>
        <w:t>Recomiendo con total confianza su incorporación en cualquier organización que valore el liderazgo, la gestión humana y la mejora continua. Quedo a disposición para ampliar esta información si así se requiere.</w:t>
        <w:br/>
        <w:br/>
        <w:t>Atentamente,</w:t>
        <w:br/>
        <w:br/>
        <w:t>[Nombre de quien firma]</w:t>
        <w:br/>
        <w:t>[Cargo]</w:t>
        <w:br/>
        <w:t>[Nombre de la empresa o institución]</w:t>
        <w:br/>
        <w:t>[Firma – opcional si es en papel]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  <w:rPr>
      <w:sz w:val="22"/>
    </w:rPr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