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Carta de Agradecimiento y Reafirmación de Interés</w:t>
      </w:r>
    </w:p>
    <w:p>
      <w:r>
        <w:br/>
        <w:t>[Tu Nombre]</w:t>
        <w:br/>
        <w:t>[Tu Dirección]</w:t>
        <w:br/>
        <w:t>[Ciudad, Código Postal]</w:t>
        <w:br/>
        <w:t>[Correo Electrónico]</w:t>
        <w:br/>
        <w:t>[Teléfono]</w:t>
        <w:br/>
        <w:br/>
        <w:t>[Fecha]</w:t>
        <w:br/>
        <w:br/>
        <w:t>[Nombre del Entrevistador/a]</w:t>
        <w:br/>
        <w:t>[Nombre de la Empresa]</w:t>
        <w:br/>
        <w:t>[Dirección de la Empresa]</w:t>
        <w:br/>
        <w:t>[Ciudad, Código Postal]</w:t>
        <w:br/>
        <w:br/>
        <w:t>Estimado/a [Nombre del Entrevistador/a],</w:t>
        <w:br/>
        <w:br/>
        <w:t>Quiero agradecerle sinceramente por la entrevista realizada el día [fecha de la entrevista] para el puesto de [nombre del puesto]. Ha sido un verdadero placer conversar con usted y conocer más a fondo el trabajo que realizan en [nombre de la empresa].</w:t>
        <w:br/>
        <w:br/>
        <w:t>La entrevista reforzó aún más mi interés en formar parte de su equipo, especialmente por [mencionar brevemente un aspecto que te haya entusiasmado]. Considero que mi experiencia en [mencionar área relevante] y mis habilidades en [destacar alguna competencia] pueden contribuir positivamente a los objetivos del puesto y de la organización.</w:t>
        <w:br/>
        <w:br/>
        <w:t>Quedo a disposición para ampliar cualquier información necesaria y reitero mi entusiasmo por la posibilidad de colaborar con ustedes. Agradezco nuevamente su tiempo y atención.</w:t>
        <w:br/>
        <w:br/>
        <w:t>Atentamente,</w:t>
        <w:br/>
        <w:br/>
        <w:t>[Tu Nombre]</w:t>
        <w:br/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